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משחק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הטיעון (טענה, נימוק, ראיה,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ולהשתמש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כשלי טיעון נפוצים ולבנות פסקה טיעונית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באמצעות מידע מדעי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 שאי אפשר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"לכן" מציינת תוצאה או מסקנה, לא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מילת קישור לתפקידה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(מציינת תוצאה או מסקנה)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(מציינת ניגוד בין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(מציינת דוגמה התומכת בטענה)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סדר נכון של בניית פסקה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נימוק התומך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ראיה או דוגמה לחיזוק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טענה ברורה, נימוק הגיוני המסביר את הטענה, וראיה רלוונטית שמחזקת את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 וראיה (אפשר גם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לעומת זאת / מצד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כשל טיעון הוא טעות בהיגיון, כמו פגיעה אישית או הכללת יתר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הטיעון בחוברת ולבקש מהתלמידים לנסות לפתור שלב נוסף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ו בעל פה בכיתה כדי לוודא שהתלמידים מבינים את ההבדל בין נימוק לראיה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בחלקים א-ג עם תלמידים מתקשים ולהשאיר את חלקי ד-ו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משחק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שלומדים במשחק הטיעון בחוברת – חלקי הטיעון, עובדה מול דעה, מילות קישור, כשלי טיעון וסדר הכתיבה של פסקה טיעונית משכנעת.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נימוק  ·  ראיה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החלק בטיעון שמציג את העמדה המרכזית של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משפט שאפשר לבדוק אם הוא נכון או לא נכון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"ים המלח הוא הים המלוח בעולם"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"פיצה היא המאכל הכי טעים בעולם"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"לכן" משמשת להצגת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החלק בטיעון שמסביר מדוע הטענה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דוגמה, נתון או מחקר שמחזקים את הנימוק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– התאמה בין מילת קישור לתפקידה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מציינת ניגוד בין רעיונות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מציינת דוגמה התומכת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מציינת תוצאה או מסקנה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– סדר נכון של בניית פסקה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נימוק התומך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הבאת ראיה או דוגמה לחיזוק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הטענה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–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שמעניין אתכם וכתבו טענה אחת לגביו, יחד עם נימוק וראיה שתומכים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החלקים העיקריים שצריכים להיות בפסקה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 – משחק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