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משחק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הטיעון (טענה, נימוק, ראיה,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ולהשתמש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כשלי טיעון נפוצים ולבנות פסקה טיעונית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לחזק את הנימוק בעזרת דוגמה או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באמצעות מידע מדעי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 שאי אפשר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"לכן" מציינת תוצאה או מסקנה, לא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החלקים ביחד הופכים את הטיעון למשכנע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נפוצה לכשל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מילת קישור לתפקידה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(מציינת תוצאה או מסקנה)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(מציינת ניגוד בין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(מציינת דוגמה התומכת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(מציינת הוספת מידע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(מציגה נקודת מבט נגדית)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סדר נכון של בניית פסקה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נימוק התומך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ראיה או דוגמה לחיזוק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לטענה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מסקנה המסכמת את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טענה ברורה, נימוק הגיוני המסביר את הטענה, וראיה רלוונטית שמחזקת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זיהוי נכון של כשל טיעון (כגון פגיעה אישית, הכללת יתר) והסבר הגיוני מדוע מדובר בטעות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 וראיה (אפשר גם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לעומת זאת / מצד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כשל טיעון הוא טעות בהיגיון, כמו פגיעה אישית או הכללת יתר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הטיעון בחוברת ולבקש מהתלמידים לנסות לפתור שלב נוסף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ו בעל פה בכיתה כדי לוודא שהתלמידים מבינים את ההבדל בין נימוק לראיה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בחלקים א-ג עם תלמידים מתקשים ולהשאיר את חלקי ד-ו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משחק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טיעון טוב: מה זה טענה, נימוק וראיה, ואיך כותבים פסקה משכנעת.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שמביע את העמדה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שמסביר למה הטענה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דוגמה, נתון או מחקר שמחזקים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שמבטא רגש או עמדה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בפסקה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כשל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טעות בהיגיון שפוגעת בשכנוע הטיעון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המסכם את הטיעון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חלק מציג את הדעה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למשפט שאפשר לבדוק?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מראה הבדל בין שני רעיונות?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הראיה טובה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לחזק את הנימוק בעזרת דוגמה או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הטענה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לכשל שבו תוקפים את האדם ולא את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פגיעה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הכללת 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סמכות מדומה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"ים המלח הוא הים המלוח בעולם"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"פיצה היא המאכל הכי טעים בעולם"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"לכן" משמשת להצגת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טיעונית חייבת לכלול גם נימוק וגם ראיה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 "הכללת יתר" הוא כאשר מסיקים מסקנה כללית ממקרה בודד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בטיעון שמסביר מדוע הטענה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דוגמה, נתון או מחקר שמחזקים את הנימוק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שמבטא רגש או עמדה אישית ולא ניתן להוכיח אותו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הקישור __________ משמשת להוספת מידע נוסף לטענה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 בין מילת קישור לתפקידה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מציינת הוספת מידע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מציינת דוגמה התומכת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מציינת ניגוד בין רעיונות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נקודת מבט נגדית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מציינת תוצאה או מסקנה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סדר נכון של בניית פסקה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נימוק התומך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ראיה או דוגמה לחיזוק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מסקנה המסכמת את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לטענה נגדית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וכתבו טענה אחת לגביו, יחד עם נימוק וראיה שתומכים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ויכוח ששמעתם (בטלוויזיה, ברשת או בשיחה) וכתבו כשל טיעון אחד שהופיע בו, והסבירו בקצרה למה הוא כשל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שצריכים להיות בפסקה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כשל טיעון, ותנו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 – משחק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